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270867" w:rsidRPr="00965DD4">
        <w:trPr>
          <w:jc w:val="center"/>
        </w:trPr>
        <w:tc>
          <w:tcPr>
            <w:tcW w:w="5244" w:type="dxa"/>
            <w:tcBorders>
              <w:top w:val="dashed" w:sz="8" w:space="0" w:color="B8B8B8"/>
              <w:left w:val="dashed" w:sz="8" w:space="0" w:color="B8B8B8"/>
              <w:bottom w:val="dashed" w:sz="8" w:space="0" w:color="B8B8B8"/>
              <w:right w:val="dashed" w:sz="8" w:space="0" w:color="B8B8B8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70867" w:rsidRPr="00965DD4" w:rsidRDefault="00397761">
            <w:pPr>
              <w:jc w:val="center"/>
              <w:rPr>
                <w:lang w:val="pt-BR"/>
              </w:rPr>
            </w:pPr>
            <w:r w:rsidRPr="00965DD4">
              <w:rPr>
                <w:i/>
                <w:color w:val="9B9B9B"/>
                <w:lang w:val="pt-BR"/>
              </w:rPr>
              <w:t>espaço para logo</w:t>
            </w:r>
            <w:r w:rsidRPr="00965DD4">
              <w:rPr>
                <w:i/>
                <w:color w:val="9B9B9B"/>
                <w:lang w:val="pt-BR"/>
              </w:rPr>
              <w:br/>
              <w:t>da escola</w:t>
            </w:r>
          </w:p>
        </w:tc>
        <w:tc>
          <w:tcPr>
            <w:tcW w:w="524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70867" w:rsidRPr="00965DD4" w:rsidRDefault="00397761">
            <w:pPr>
              <w:rPr>
                <w:lang w:val="pt-BR"/>
              </w:rPr>
            </w:pPr>
            <w:r w:rsidRPr="00965DD4">
              <w:rPr>
                <w:b/>
                <w:sz w:val="36"/>
                <w:lang w:val="pt-BR"/>
              </w:rPr>
              <w:t>DIAGNÓSTICO DE ENTRADA</w:t>
            </w:r>
            <w:r w:rsidRPr="00965DD4">
              <w:rPr>
                <w:b/>
                <w:sz w:val="36"/>
                <w:lang w:val="pt-BR"/>
              </w:rPr>
              <w:br/>
            </w:r>
            <w:r w:rsidRPr="00965DD4">
              <w:rPr>
                <w:b/>
                <w:color w:val="4B4B4B"/>
                <w:sz w:val="22"/>
                <w:lang w:val="pt-BR"/>
              </w:rPr>
              <w:t>MATEMÁTICA · 6º ANO · VERSÃO APROFUNDADA</w:t>
            </w:r>
          </w:p>
        </w:tc>
      </w:tr>
    </w:tbl>
    <w:p w:rsidR="00270867" w:rsidRPr="00965DD4" w:rsidRDefault="00397761">
      <w:pPr>
        <w:spacing w:before="140" w:after="40"/>
        <w:rPr>
          <w:sz w:val="24"/>
          <w:szCs w:val="24"/>
          <w:lang w:val="pt-BR"/>
        </w:rPr>
      </w:pPr>
      <w:r w:rsidRPr="00965DD4">
        <w:rPr>
          <w:sz w:val="24"/>
          <w:szCs w:val="24"/>
          <w:lang w:val="pt-BR"/>
        </w:rPr>
        <w:t>Professor(a): _______________________________     Turma: _________</w:t>
      </w:r>
      <w:r w:rsidRPr="00965DD4">
        <w:rPr>
          <w:sz w:val="24"/>
          <w:szCs w:val="24"/>
          <w:lang w:val="pt-BR"/>
        </w:rPr>
        <w:br/>
        <w:t>Aluno(a): __________________________________________________________</w:t>
      </w:r>
      <w:r w:rsidRPr="00965DD4">
        <w:rPr>
          <w:sz w:val="24"/>
          <w:szCs w:val="24"/>
          <w:lang w:val="pt-BR"/>
        </w:rPr>
        <w:br/>
        <w:t>Data: ____/____/________</w:t>
      </w:r>
    </w:p>
    <w:p w:rsidR="00270867" w:rsidRPr="00965DD4" w:rsidRDefault="00270867">
      <w:pPr>
        <w:pBdr>
          <w:bottom w:val="single" w:sz="8" w:space="0" w:color="333333"/>
        </w:pBdr>
        <w:spacing w:after="100"/>
        <w:rPr>
          <w:lang w:val="pt-BR"/>
        </w:rPr>
      </w:pPr>
    </w:p>
    <w:p w:rsidR="00270867" w:rsidRPr="00533BD7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</w:rPr>
      </w:pPr>
      <w:r w:rsidRPr="00965DD4">
        <w:rPr>
          <w:b/>
          <w:sz w:val="19"/>
          <w:lang w:val="pt-BR"/>
        </w:rPr>
        <w:t xml:space="preserve">1.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Observe o número 48 307. Qual é o valor do algarismo 8? </w:t>
      </w:r>
    </w:p>
    <w:p w:rsidR="003540F2" w:rsidRDefault="003540F2">
      <w:pPr>
        <w:spacing w:before="20" w:after="20"/>
        <w:rPr>
          <w:rFonts w:ascii="Times New Roman" w:hAnsi="Times New Roman" w:cs="Times New Roman"/>
          <w:sz w:val="24"/>
          <w:szCs w:val="24"/>
        </w:rPr>
      </w:pPr>
    </w:p>
    <w:p w:rsidR="00270867" w:rsidRPr="00533BD7" w:rsidRDefault="00397761">
      <w:pPr>
        <w:spacing w:before="20"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533BD7">
        <w:rPr>
          <w:rFonts w:ascii="Times New Roman" w:hAnsi="Times New Roman" w:cs="Times New Roman"/>
          <w:sz w:val="24"/>
          <w:szCs w:val="24"/>
        </w:rPr>
        <w:t>Resposta</w:t>
      </w:r>
      <w:proofErr w:type="spellEnd"/>
      <w:r w:rsidRPr="00533BD7">
        <w:rPr>
          <w:rFonts w:ascii="Times New Roman" w:hAnsi="Times New Roman" w:cs="Times New Roman"/>
          <w:sz w:val="24"/>
          <w:szCs w:val="24"/>
        </w:rPr>
        <w:t xml:space="preserve"> final: ________________________________________________</w:t>
      </w:r>
    </w:p>
    <w:p w:rsidR="003540F2" w:rsidRDefault="003540F2">
      <w:pPr>
        <w:keepNext/>
        <w:spacing w:before="60" w:after="4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3540F2" w:rsidRPr="003540F2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t xml:space="preserve">2.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Sem calcular exatamente, aproximadamente quanto você espera encontrar em 398 +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605? </w:t>
      </w:r>
      <w:r w:rsidRPr="003540F2">
        <w:rPr>
          <w:rFonts w:ascii="Times New Roman" w:hAnsi="Times New Roman" w:cs="Times New Roman"/>
          <w:sz w:val="24"/>
          <w:szCs w:val="24"/>
          <w:lang w:val="pt-BR"/>
        </w:rPr>
        <w:t>Explique brevemente como pensou.</w:t>
      </w:r>
    </w:p>
    <w:p w:rsidR="00270867" w:rsidRPr="003540F2" w:rsidRDefault="00397761">
      <w:pPr>
        <w:spacing w:before="2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3540F2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</w:t>
      </w:r>
      <w:r w:rsidR="003540F2" w:rsidRPr="003540F2">
        <w:rPr>
          <w:rFonts w:ascii="Times New Roman" w:hAnsi="Times New Roman" w:cs="Times New Roman"/>
          <w:sz w:val="24"/>
          <w:szCs w:val="24"/>
          <w:lang w:val="pt-BR"/>
        </w:rPr>
        <w:t>_</w:t>
      </w:r>
      <w:r w:rsidR="003540F2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Pr="003540F2">
        <w:rPr>
          <w:rFonts w:ascii="Times New Roman" w:hAnsi="Times New Roman" w:cs="Times New Roman"/>
          <w:sz w:val="24"/>
          <w:szCs w:val="24"/>
          <w:lang w:val="pt-BR"/>
        </w:rPr>
        <w:t>______</w:t>
      </w:r>
    </w:p>
    <w:p w:rsidR="003540F2" w:rsidRDefault="003540F2">
      <w:pPr>
        <w:keepNext/>
        <w:spacing w:before="60" w:after="4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70867" w:rsidRPr="003540F2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3540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3. </w:t>
      </w:r>
      <w:r w:rsidRPr="003540F2">
        <w:rPr>
          <w:rFonts w:ascii="Times New Roman" w:hAnsi="Times New Roman" w:cs="Times New Roman"/>
          <w:sz w:val="24"/>
          <w:szCs w:val="24"/>
          <w:lang w:val="pt-BR"/>
        </w:rPr>
        <w:t>Calcule:</w:t>
      </w:r>
      <w:r w:rsidRPr="003540F2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55"/>
        <w:gridCol w:w="5593"/>
      </w:tblGrid>
      <w:tr w:rsidR="003540F2" w:rsidRPr="00533BD7" w:rsidTr="003540F2">
        <w:trPr>
          <w:jc w:val="center"/>
        </w:trPr>
        <w:tc>
          <w:tcPr>
            <w:tcW w:w="50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3540F2" w:rsidRDefault="003540F2" w:rsidP="003540F2">
            <w:pPr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  <w:r w:rsidRPr="003540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a) 7 542 + 9 278</w:t>
            </w: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Pr="00533BD7" w:rsidRDefault="003540F2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</w:tc>
        <w:tc>
          <w:tcPr>
            <w:tcW w:w="559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540F2" w:rsidRPr="00533BD7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0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b) 28 230 − 4 529</w:t>
            </w: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Pr="00533BD7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Pr="00533BD7" w:rsidRDefault="003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70867" w:rsidRPr="00533BD7" w:rsidRDefault="00270867">
      <w:pPr>
        <w:spacing w:before="20" w:after="20"/>
        <w:rPr>
          <w:rFonts w:ascii="Times New Roman" w:hAnsi="Times New Roman" w:cs="Times New Roman"/>
          <w:sz w:val="24"/>
          <w:szCs w:val="24"/>
        </w:rPr>
      </w:pPr>
    </w:p>
    <w:p w:rsidR="00270867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t xml:space="preserve">4.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>Calcule: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55"/>
        <w:gridCol w:w="5593"/>
      </w:tblGrid>
      <w:tr w:rsidR="003540F2" w:rsidRPr="00533BD7" w:rsidTr="00F80775">
        <w:trPr>
          <w:jc w:val="center"/>
        </w:trPr>
        <w:tc>
          <w:tcPr>
            <w:tcW w:w="505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3540F2" w:rsidRDefault="003540F2" w:rsidP="003540F2">
            <w:pPr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a) 758 × 46     </w:t>
            </w:r>
          </w:p>
          <w:p w:rsidR="003540F2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  <w:p w:rsidR="003540F2" w:rsidRPr="00533BD7" w:rsidRDefault="003540F2" w:rsidP="00F80775">
            <w:pPr>
              <w:jc w:val="center"/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</w:pPr>
          </w:p>
        </w:tc>
        <w:tc>
          <w:tcPr>
            <w:tcW w:w="559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540F2" w:rsidRPr="00533BD7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b) 4 416 ÷ 6</w:t>
            </w: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Pr="00533BD7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0F2" w:rsidRPr="00533BD7" w:rsidRDefault="003540F2" w:rsidP="00F8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70867" w:rsidRPr="00533BD7" w:rsidRDefault="00270867">
      <w:pPr>
        <w:rPr>
          <w:rFonts w:ascii="Times New Roman" w:hAnsi="Times New Roman" w:cs="Times New Roman"/>
          <w:sz w:val="24"/>
          <w:szCs w:val="24"/>
        </w:rPr>
      </w:pPr>
    </w:p>
    <w:p w:rsidR="00270867" w:rsidRPr="000C7979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t xml:space="preserve">5.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Uma professora distribui igualmente 156 fichas entre 12 grupos. </w:t>
      </w:r>
      <w:r w:rsidRPr="000C7979">
        <w:rPr>
          <w:rFonts w:ascii="Times New Roman" w:hAnsi="Times New Roman" w:cs="Times New Roman"/>
          <w:sz w:val="24"/>
          <w:szCs w:val="24"/>
          <w:lang w:val="pt-BR"/>
        </w:rPr>
        <w:t xml:space="preserve">Quantas fichas cada grupo receberá?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8"/>
      </w:tblGrid>
      <w:tr w:rsidR="00270867" w:rsidRPr="00533BD7">
        <w:trPr>
          <w:jc w:val="center"/>
        </w:trPr>
        <w:tc>
          <w:tcPr>
            <w:tcW w:w="1048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270867" w:rsidRPr="00533BD7" w:rsidRDefault="00397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BD7"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  <w:t>Resolução</w:t>
            </w:r>
            <w:proofErr w:type="spellEnd"/>
            <w:r w:rsidRPr="00533BD7"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  <w:t>:</w:t>
            </w:r>
          </w:p>
          <w:p w:rsidR="00270867" w:rsidRPr="00533BD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67" w:rsidRPr="00533BD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6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16DF" w:rsidRDefault="00F616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6DF" w:rsidRPr="00533BD7" w:rsidRDefault="00F616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0867" w:rsidRPr="00533BD7" w:rsidRDefault="00397761">
      <w:pP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533BD7">
        <w:rPr>
          <w:rFonts w:ascii="Times New Roman" w:hAnsi="Times New Roman" w:cs="Times New Roman"/>
          <w:sz w:val="24"/>
          <w:szCs w:val="24"/>
        </w:rPr>
        <w:t>Resposta final: ________________________________________________</w:t>
      </w:r>
    </w:p>
    <w:p w:rsidR="00270867" w:rsidRPr="00533BD7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 xml:space="preserve">6.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Para um evento, foram organizadas 18 caixas com 24 garrafas de água em cada uma. Ao final, sobraram 97 garrafas. Quantas foram utilizadas? Registre a expressão e a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>resolução.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8"/>
      </w:tblGrid>
      <w:tr w:rsidR="00270867" w:rsidRPr="00533BD7">
        <w:trPr>
          <w:jc w:val="center"/>
        </w:trPr>
        <w:tc>
          <w:tcPr>
            <w:tcW w:w="1048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270867" w:rsidRPr="00533BD7" w:rsidRDefault="00397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BD7"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  <w:t>Resolução</w:t>
            </w:r>
            <w:proofErr w:type="spellEnd"/>
            <w:r w:rsidRPr="00533BD7">
              <w:rPr>
                <w:rFonts w:ascii="Times New Roman" w:hAnsi="Times New Roman" w:cs="Times New Roman"/>
                <w:i/>
                <w:color w:val="9B9B9B"/>
                <w:sz w:val="24"/>
                <w:szCs w:val="24"/>
              </w:rPr>
              <w:t>:</w:t>
            </w:r>
          </w:p>
          <w:p w:rsidR="00270867" w:rsidRPr="00533BD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67" w:rsidRPr="00533BD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086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16DF" w:rsidRDefault="00F616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6DF" w:rsidRPr="00533BD7" w:rsidRDefault="00F616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67" w:rsidRPr="00533BD7" w:rsidRDefault="0039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70867" w:rsidRPr="00533BD7" w:rsidRDefault="00397761">
      <w:pPr>
        <w:spacing w:before="20" w:after="20"/>
        <w:rPr>
          <w:rFonts w:ascii="Times New Roman" w:hAnsi="Times New Roman" w:cs="Times New Roman"/>
          <w:sz w:val="24"/>
          <w:szCs w:val="24"/>
        </w:rPr>
      </w:pPr>
      <w:r w:rsidRPr="00533BD7">
        <w:rPr>
          <w:rFonts w:ascii="Times New Roman" w:hAnsi="Times New Roman" w:cs="Times New Roman"/>
          <w:sz w:val="24"/>
          <w:szCs w:val="24"/>
        </w:rPr>
        <w:t>Resposta final: ________________________________________________</w:t>
      </w:r>
    </w:p>
    <w:p w:rsidR="00F616DF" w:rsidRDefault="00F616DF">
      <w:pPr>
        <w:keepNext/>
        <w:spacing w:before="60" w:after="4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70867" w:rsidRPr="00F616DF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t xml:space="preserve">7.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A barra foi dividida em 8 partes iguais e 3 estão destacadas. </w:t>
      </w:r>
      <w:r w:rsidR="00F616DF">
        <w:rPr>
          <w:rFonts w:ascii="Times New Roman" w:hAnsi="Times New Roman" w:cs="Times New Roman"/>
          <w:sz w:val="24"/>
          <w:szCs w:val="24"/>
          <w:lang w:val="pt-BR"/>
        </w:rPr>
        <w:t xml:space="preserve">A fração que representa essa situação é maior ou menor que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4"/>
                <w:lang w:val="pt-BR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4"/>
                <w:lang w:val="pt-BR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4"/>
                <w:lang w:val="pt-BR"/>
              </w:rPr>
              <m:t>4</m:t>
            </m:r>
          </m:den>
        </m:f>
      </m:oMath>
      <w:r w:rsidR="00F616DF">
        <w:rPr>
          <w:rFonts w:ascii="Times New Roman" w:hAnsi="Times New Roman" w:cs="Times New Roman"/>
          <w:sz w:val="28"/>
          <w:szCs w:val="24"/>
          <w:lang w:val="pt-BR"/>
        </w:rPr>
        <w:t>? Explique.</w:t>
      </w:r>
    </w:p>
    <w:tbl>
      <w:tblPr>
        <w:tblW w:w="0" w:type="auto"/>
        <w:tblInd w:w="3762" w:type="dxa"/>
        <w:tblLayout w:type="fixed"/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270867" w:rsidRPr="00F616DF" w:rsidTr="00F616DF"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555555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555555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555555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FFFFFF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FFFFFF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FFFFFF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FFFFFF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FFFFFF"/>
            <w:tcMar>
              <w:top w:w="130" w:type="dxa"/>
              <w:left w:w="30" w:type="dxa"/>
              <w:bottom w:w="130" w:type="dxa"/>
              <w:right w:w="30" w:type="dxa"/>
            </w:tcMar>
          </w:tcPr>
          <w:p w:rsidR="00270867" w:rsidRPr="00F616DF" w:rsidRDefault="00270867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:rsidR="00F616DF" w:rsidRPr="00F616DF" w:rsidRDefault="00F616DF">
      <w:pPr>
        <w:spacing w:after="20"/>
        <w:rPr>
          <w:rFonts w:ascii="Times New Roman" w:hAnsi="Times New Roman" w:cs="Times New Roman"/>
          <w:sz w:val="24"/>
          <w:szCs w:val="24"/>
          <w:lang w:val="pt-BR"/>
        </w:rPr>
      </w:pPr>
    </w:p>
    <w:p w:rsidR="00F616DF" w:rsidRPr="00F616DF" w:rsidRDefault="00F616DF">
      <w:pPr>
        <w:spacing w:after="20"/>
        <w:rPr>
          <w:rFonts w:ascii="Times New Roman" w:hAnsi="Times New Roman" w:cs="Times New Roman"/>
          <w:sz w:val="24"/>
          <w:szCs w:val="24"/>
          <w:lang w:val="pt-BR"/>
        </w:rPr>
      </w:pPr>
    </w:p>
    <w:p w:rsidR="00270867" w:rsidRPr="00533BD7" w:rsidRDefault="00397761">
      <w:pPr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533BD7">
        <w:rPr>
          <w:rFonts w:ascii="Times New Roman" w:hAnsi="Times New Roman" w:cs="Times New Roman"/>
          <w:sz w:val="24"/>
          <w:szCs w:val="24"/>
        </w:rPr>
        <w:t>Resposta</w:t>
      </w:r>
      <w:proofErr w:type="spellEnd"/>
      <w:r w:rsidRPr="00533BD7">
        <w:rPr>
          <w:rFonts w:ascii="Times New Roman" w:hAnsi="Times New Roman" w:cs="Times New Roman"/>
          <w:sz w:val="24"/>
          <w:szCs w:val="24"/>
        </w:rPr>
        <w:t xml:space="preserve"> final: _________________________</w:t>
      </w:r>
      <w:r w:rsidR="00F616D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Pr="00533BD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616DF" w:rsidRDefault="00F616DF">
      <w:pPr>
        <w:keepNext/>
        <w:spacing w:before="60" w:after="40"/>
        <w:rPr>
          <w:rFonts w:ascii="Times New Roman" w:hAnsi="Times New Roman" w:cs="Times New Roman"/>
          <w:i/>
          <w:color w:val="8C8C8C"/>
          <w:sz w:val="24"/>
          <w:szCs w:val="24"/>
        </w:rPr>
      </w:pPr>
    </w:p>
    <w:p w:rsidR="00270867" w:rsidRPr="00533BD7" w:rsidRDefault="00397761">
      <w:pPr>
        <w:keepNext/>
        <w:spacing w:before="60" w:after="40"/>
        <w:rPr>
          <w:rFonts w:ascii="Times New Roman" w:hAnsi="Times New Roman" w:cs="Times New Roman"/>
          <w:sz w:val="24"/>
          <w:szCs w:val="24"/>
          <w:lang w:val="pt-BR"/>
        </w:rPr>
      </w:pPr>
      <w:r w:rsidRPr="00533BD7">
        <w:rPr>
          <w:rFonts w:ascii="Times New Roman" w:hAnsi="Times New Roman" w:cs="Times New Roman"/>
          <w:b/>
          <w:sz w:val="24"/>
          <w:szCs w:val="24"/>
          <w:lang w:val="pt-BR"/>
        </w:rPr>
        <w:t xml:space="preserve">8. </w:t>
      </w:r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Na reta abaixo, marque aproximadamente onde ficaria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pt-BR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pt-BR"/>
              </w:rPr>
              <m:t>2</m:t>
            </m:r>
          </m:den>
        </m:f>
      </m:oMath>
      <w:r w:rsidRPr="00533BD7">
        <w:rPr>
          <w:rFonts w:ascii="Times New Roman" w:hAnsi="Times New Roman" w:cs="Times New Roman"/>
          <w:sz w:val="24"/>
          <w:szCs w:val="24"/>
          <w:lang w:val="pt-BR"/>
        </w:rPr>
        <w:t xml:space="preserve"> e explique brevemente como decidiu a posição.</w:t>
      </w:r>
    </w:p>
    <w:p w:rsidR="00270867" w:rsidRPr="00533BD7" w:rsidRDefault="00397761" w:rsidP="00F616DF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B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40000" cy="596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a_0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5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867" w:rsidRPr="00533BD7" w:rsidRDefault="00397761">
      <w:pPr>
        <w:rPr>
          <w:rFonts w:ascii="Times New Roman" w:hAnsi="Times New Roman" w:cs="Times New Roman"/>
          <w:sz w:val="24"/>
          <w:szCs w:val="24"/>
        </w:rPr>
      </w:pPr>
      <w:r w:rsidRPr="00533BD7">
        <w:rPr>
          <w:rFonts w:ascii="Times New Roman" w:hAnsi="Times New Roman" w:cs="Times New Roman"/>
          <w:sz w:val="24"/>
          <w:szCs w:val="24"/>
        </w:rPr>
        <w:t>Explique: ______</w:t>
      </w:r>
      <w:bookmarkStart w:id="0" w:name="_GoBack"/>
      <w:bookmarkEnd w:id="0"/>
      <w:r w:rsidRPr="00533BD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sectPr w:rsidR="00270867" w:rsidRPr="00533BD7" w:rsidSect="00034616">
      <w:pgSz w:w="11906" w:h="16838"/>
      <w:pgMar w:top="595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979"/>
    <w:rsid w:val="0015074B"/>
    <w:rsid w:val="00270867"/>
    <w:rsid w:val="0029639D"/>
    <w:rsid w:val="00326F90"/>
    <w:rsid w:val="003540F2"/>
    <w:rsid w:val="00397761"/>
    <w:rsid w:val="00533BD7"/>
    <w:rsid w:val="00965DD4"/>
    <w:rsid w:val="00AA1D8D"/>
    <w:rsid w:val="00B47730"/>
    <w:rsid w:val="00CB0664"/>
    <w:rsid w:val="00F616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7C976"/>
  <w14:defaultImageDpi w14:val="300"/>
  <w15:docId w15:val="{E964211A-D931-4B24-9037-CA6E5CF7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oEspaoReservado">
    <w:name w:val="Placeholder Text"/>
    <w:basedOn w:val="Fontepargpadro"/>
    <w:uiPriority w:val="99"/>
    <w:semiHidden/>
    <w:rsid w:val="00F616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D2CB92-0EF8-489C-B99B-4D8C7F40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308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Caroline Azevedo</cp:lastModifiedBy>
  <cp:revision>3</cp:revision>
  <dcterms:created xsi:type="dcterms:W3CDTF">2013-12-23T23:15:00Z</dcterms:created>
  <dcterms:modified xsi:type="dcterms:W3CDTF">2026-09-07T01:31:00Z</dcterms:modified>
  <cp:category/>
</cp:coreProperties>
</file>